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4BF4" w14:textId="77777777" w:rsidR="007D136B" w:rsidRDefault="00000000">
      <w:pPr>
        <w:pStyle w:val="Cmsor1"/>
        <w:jc w:val="center"/>
      </w:pPr>
      <w:r>
        <w:t>ADATKEZELÉSI TÁJÉKOZTATÓ</w:t>
      </w:r>
    </w:p>
    <w:p w14:paraId="2EB28930" w14:textId="18472F99" w:rsidR="007D136B" w:rsidRDefault="00000000">
      <w:pPr>
        <w:jc w:val="center"/>
      </w:pPr>
      <w:r>
        <w:rPr>
          <w:b/>
        </w:rPr>
        <w:t>Kormorán Kemping és Turistaszálló</w:t>
      </w:r>
      <w:r>
        <w:rPr>
          <w:b/>
        </w:rPr>
        <w:br/>
      </w:r>
      <w:r w:rsidR="00534011">
        <w:t>Tom-Túra Kft.</w:t>
      </w:r>
    </w:p>
    <w:p w14:paraId="1245BD19" w14:textId="77777777" w:rsidR="007D136B" w:rsidRDefault="00000000">
      <w:pPr>
        <w:pStyle w:val="Cmsor2"/>
      </w:pPr>
      <w:r>
        <w:t>1. Az adatkezelő adatai</w:t>
      </w:r>
    </w:p>
    <w:p w14:paraId="18742693" w14:textId="77777777" w:rsidR="007D136B" w:rsidRDefault="00000000">
      <w:r>
        <w:t>Adatkezelő: Tom-Túra Kft.</w:t>
      </w:r>
      <w:r>
        <w:br/>
        <w:t>Ügyvezető: Baksainé Zódor Annamária</w:t>
      </w:r>
      <w:r>
        <w:br/>
        <w:t>Székhely: 7854 Matty, Kossuth Lajos u. 92.</w:t>
      </w:r>
      <w:r>
        <w:br/>
        <w:t>Cégjegyzékszám: 02-09-067636</w:t>
      </w:r>
      <w:r>
        <w:br/>
        <w:t>Adószám: 12680915-2-02</w:t>
      </w:r>
      <w:r>
        <w:br/>
        <w:t>NTAK regisztrációs szám: KE24103544</w:t>
      </w:r>
      <w:r>
        <w:br/>
      </w:r>
      <w:r>
        <w:br/>
        <w:t>E-mail: tomturakft@gmail.com</w:t>
      </w:r>
      <w:r>
        <w:br/>
        <w:t>Telefon: +36 20 998 6302, +36 20 584 2191</w:t>
      </w:r>
      <w:r>
        <w:br/>
        <w:t>Weboldal: https://tom-tura.hu</w:t>
      </w:r>
      <w:r>
        <w:br/>
        <w:t>Facebook: https://www.facebook.com/profile.php?id=61587879992150&amp;locale=hu_HU</w:t>
      </w:r>
    </w:p>
    <w:p w14:paraId="3AF89B9C" w14:textId="77777777" w:rsidR="007D136B" w:rsidRDefault="00000000">
      <w:pPr>
        <w:pStyle w:val="Cmsor2"/>
      </w:pPr>
      <w:r>
        <w:t>2. Az adatkezelés célja</w:t>
      </w:r>
    </w:p>
    <w:p w14:paraId="6E769113" w14:textId="77777777" w:rsidR="007D136B" w:rsidRDefault="00000000">
      <w:r>
        <w:t>A személyes adatokat az alábbi célokból kezeljük:</w:t>
      </w:r>
      <w:r>
        <w:br/>
        <w:t>• ajánlatadás és foglalások kezelése;</w:t>
      </w:r>
      <w:r>
        <w:br/>
        <w:t>• kapcsolattartás a vendégekkel;</w:t>
      </w:r>
      <w:r>
        <w:br/>
        <w:t>• regisztráció és bejelentkezés;</w:t>
      </w:r>
      <w:r>
        <w:br/>
        <w:t>• számlázás;</w:t>
      </w:r>
      <w:r>
        <w:br/>
        <w:t>• jogszabályban előírt NTAK/VIZA adatszolgáltatás;</w:t>
      </w:r>
      <w:r>
        <w:br/>
        <w:t>• jogszabályi kötelezettségek teljesítése.</w:t>
      </w:r>
    </w:p>
    <w:p w14:paraId="55A88B33" w14:textId="77777777" w:rsidR="007D136B" w:rsidRDefault="00000000">
      <w:pPr>
        <w:pStyle w:val="Cmsor2"/>
      </w:pPr>
      <w:r>
        <w:t>3. A kezelt adatok köre</w:t>
      </w:r>
    </w:p>
    <w:p w14:paraId="3DF102C3" w14:textId="77777777" w:rsidR="007D136B" w:rsidRDefault="00000000">
      <w:r>
        <w:t>A regisztráció és a szálláshely-szolgáltatás során az alábbi adatok kezelésére kerülhet sor:</w:t>
      </w:r>
      <w:r>
        <w:br/>
        <w:t>• név,</w:t>
      </w:r>
      <w:r>
        <w:br/>
        <w:t>• születési hely,</w:t>
      </w:r>
      <w:r>
        <w:br/>
        <w:t>• születési idő,</w:t>
      </w:r>
      <w:r>
        <w:br/>
        <w:t>• állampolgárság,</w:t>
      </w:r>
      <w:r>
        <w:br/>
        <w:t>• lakcím,</w:t>
      </w:r>
      <w:r>
        <w:br/>
        <w:t>• személyazonosító okmány száma,</w:t>
      </w:r>
      <w:r>
        <w:br/>
        <w:t>• telefonszám,</w:t>
      </w:r>
      <w:r>
        <w:br/>
        <w:t>• e-mail cím,</w:t>
      </w:r>
      <w:r>
        <w:br/>
        <w:t>• számlázási adatok.</w:t>
      </w:r>
    </w:p>
    <w:p w14:paraId="6203C782" w14:textId="77777777" w:rsidR="007D136B" w:rsidRDefault="00000000">
      <w:pPr>
        <w:pStyle w:val="Cmsor2"/>
      </w:pPr>
      <w:r>
        <w:lastRenderedPageBreak/>
        <w:t>4. Az adatkezelés jogalapja</w:t>
      </w:r>
    </w:p>
    <w:p w14:paraId="4609A9CE" w14:textId="77777777" w:rsidR="007D136B" w:rsidRDefault="00000000">
      <w:r>
        <w:t>Az adatkezelés jogalapja:</w:t>
      </w:r>
      <w:r>
        <w:br/>
        <w:t>• a szerződés teljesítése;</w:t>
      </w:r>
      <w:r>
        <w:br/>
        <w:t>• jogszabályi kötelezettség teljesítése;</w:t>
      </w:r>
      <w:r>
        <w:br/>
        <w:t>• a GDPR és a vonatkozó magyar jogszabályok rendelkezései.</w:t>
      </w:r>
    </w:p>
    <w:p w14:paraId="7BC42D08" w14:textId="77777777" w:rsidR="007D136B" w:rsidRDefault="00000000">
      <w:pPr>
        <w:pStyle w:val="Cmsor2"/>
      </w:pPr>
      <w:r>
        <w:t>5. Az adatok forrása</w:t>
      </w:r>
    </w:p>
    <w:p w14:paraId="30008D02" w14:textId="77777777" w:rsidR="007D136B" w:rsidRDefault="00000000">
      <w:r>
        <w:t>Az adatokat közvetlenül az érintettől, illetve csoportos foglalás esetén a csoportvezetőtől kapjuk meg.</w:t>
      </w:r>
    </w:p>
    <w:p w14:paraId="202E5E5E" w14:textId="77777777" w:rsidR="007D136B" w:rsidRDefault="00000000">
      <w:pPr>
        <w:pStyle w:val="Cmsor2"/>
      </w:pPr>
      <w:r>
        <w:t>6. Adatfeldolgozók és adattovábbítás</w:t>
      </w:r>
    </w:p>
    <w:p w14:paraId="2DE7116B" w14:textId="77777777" w:rsidR="007D136B" w:rsidRDefault="00000000">
      <w:r>
        <w:t>A személyes adatok továbbítására kizárólag jogszabályi kötelezettség vagy a szolgáltatás teljesítése érdekében kerül sor.</w:t>
      </w:r>
      <w:r>
        <w:br/>
      </w:r>
      <w:r>
        <w:br/>
        <w:t>Adatfeldolgozók:</w:t>
      </w:r>
      <w:r>
        <w:br/>
        <w:t>• Previo – foglaláskezelő rendszer;</w:t>
      </w:r>
      <w:r>
        <w:br/>
        <w:t>• Számlázz.hu – elektronikus számlázás;</w:t>
      </w:r>
      <w:r>
        <w:br/>
        <w:t>• K&amp;H Bank Zrt. – pénzügyi teljesítések;</w:t>
      </w:r>
      <w:r>
        <w:br/>
        <w:t>• könyvelő – számviteli feladatok.</w:t>
      </w:r>
      <w:r>
        <w:br/>
      </w:r>
      <w:r>
        <w:br/>
        <w:t>Jogszabály alapján adattovábbítás történik az NTAK/VIZA rendszer és szükség esetén a NAV részére.</w:t>
      </w:r>
    </w:p>
    <w:p w14:paraId="14940479" w14:textId="77777777" w:rsidR="007D136B" w:rsidRDefault="00000000">
      <w:pPr>
        <w:pStyle w:val="Cmsor2"/>
      </w:pPr>
      <w:r>
        <w:t>7. Adatmegőrzési idő</w:t>
      </w:r>
    </w:p>
    <w:p w14:paraId="0D7C5E31" w14:textId="77777777" w:rsidR="007D136B" w:rsidRDefault="00000000">
      <w:r>
        <w:t>A személyes adatokat kizárólag a cél megvalósulásához szükséges ideig, illetve a jogszabályokban meghatározott megőrzési időn belül kezeljük.</w:t>
      </w:r>
      <w:r>
        <w:br/>
        <w:t>A számviteli bizonylatokat a hatályos számviteli jogszabályok szerint őrizzük meg.</w:t>
      </w:r>
    </w:p>
    <w:p w14:paraId="7736352B" w14:textId="77777777" w:rsidR="007D136B" w:rsidRDefault="00000000">
      <w:pPr>
        <w:pStyle w:val="Cmsor2"/>
      </w:pPr>
      <w:r>
        <w:t>8. Az érintettek jogai</w:t>
      </w:r>
    </w:p>
    <w:p w14:paraId="75A2BBBD" w14:textId="77777777" w:rsidR="007D136B" w:rsidRDefault="00000000">
      <w:r>
        <w:t>Az érintett jogosult:</w:t>
      </w:r>
      <w:r>
        <w:br/>
        <w:t>• tájékoztatást kérni;</w:t>
      </w:r>
      <w:r>
        <w:br/>
        <w:t>• hozzáférést kérni;</w:t>
      </w:r>
      <w:r>
        <w:br/>
        <w:t>• helyesbítést kérni;</w:t>
      </w:r>
      <w:r>
        <w:br/>
        <w:t>• törlést kérni, amennyiben annak nincs jogszabályi akadálya;</w:t>
      </w:r>
      <w:r>
        <w:br/>
        <w:t>• az adatkezelés korlátozását kérni;</w:t>
      </w:r>
      <w:r>
        <w:br/>
        <w:t>• tiltakozni a jogszabály által megengedett esetekben;</w:t>
      </w:r>
      <w:r>
        <w:br/>
        <w:t>• panaszt tenni a felügyeleti hatóságnál.</w:t>
      </w:r>
    </w:p>
    <w:p w14:paraId="7F092B15" w14:textId="77777777" w:rsidR="007D136B" w:rsidRDefault="00000000">
      <w:pPr>
        <w:pStyle w:val="Cmsor2"/>
      </w:pPr>
      <w:r>
        <w:t>9. Adatbiztonság</w:t>
      </w:r>
    </w:p>
    <w:p w14:paraId="1DC6B459" w14:textId="77777777" w:rsidR="007D136B" w:rsidRDefault="00000000">
      <w:r>
        <w:t>A Tom-Túra Kft. megfelelő technikai és szervezési intézkedésekkel gondoskodik a személyes adatok biztonságáról, valamint azok jogosulatlan hozzáférés, megváltoztatás, nyilvánosságra hozatal, törlés vagy megsemmisülés elleni védelméről.</w:t>
      </w:r>
    </w:p>
    <w:p w14:paraId="6B018D93" w14:textId="77777777" w:rsidR="007D136B" w:rsidRDefault="00000000">
      <w:pPr>
        <w:pStyle w:val="Cmsor2"/>
      </w:pPr>
      <w:r>
        <w:lastRenderedPageBreak/>
        <w:t>10. Kamerás megfigyelés</w:t>
      </w:r>
    </w:p>
    <w:p w14:paraId="35A1390A" w14:textId="77777777" w:rsidR="007D136B" w:rsidRDefault="00000000">
      <w:r>
        <w:t>A Kormorán Kemping és Turistaszálló területén kamerás megfigyelőrendszer nem működik.</w:t>
      </w:r>
    </w:p>
    <w:p w14:paraId="0515F932" w14:textId="77777777" w:rsidR="007D136B" w:rsidRDefault="00000000">
      <w:pPr>
        <w:pStyle w:val="Cmsor2"/>
      </w:pPr>
      <w:r>
        <w:t>11. Hírlevél és marketing</w:t>
      </w:r>
    </w:p>
    <w:p w14:paraId="3705AE5C" w14:textId="77777777" w:rsidR="007D136B" w:rsidRDefault="00000000">
      <w:r>
        <w:t>A Tom-Túra Kft. a turistaszálló vonatkozásában marketing célú hírlevelet nem küld, az e-mail címeket kizárólag a foglalással és kapcsolattartással összefüggésben kezeli.</w:t>
      </w:r>
    </w:p>
    <w:p w14:paraId="6FFEC5ED" w14:textId="77777777" w:rsidR="007D136B" w:rsidRDefault="00000000">
      <w:pPr>
        <w:pStyle w:val="Cmsor2"/>
      </w:pPr>
      <w:r>
        <w:t>12. Sütik (cookie-k)</w:t>
      </w:r>
    </w:p>
    <w:p w14:paraId="1BFC1261" w14:textId="77777777" w:rsidR="007D136B" w:rsidRDefault="00000000">
      <w:r>
        <w:t>A weboldal működése során technikailag szükséges sütik alkalmazására sor kerülhet. A sütik használatáról részletes tájékoztatást külön Cookie Tájékoztató tartalmaz.</w:t>
      </w:r>
    </w:p>
    <w:p w14:paraId="3059E1B1" w14:textId="77777777" w:rsidR="007D136B" w:rsidRDefault="00000000">
      <w:pPr>
        <w:pStyle w:val="Cmsor2"/>
      </w:pPr>
      <w:r>
        <w:t>13. Jogorvoslat</w:t>
      </w:r>
    </w:p>
    <w:p w14:paraId="0333FD99" w14:textId="77777777" w:rsidR="007D136B" w:rsidRDefault="00000000">
      <w:r>
        <w:t>Panasz esetén az érintett a Nemzeti Adatvédelmi és Információszabadság Hatósághoz (NAIH), illetve bírósághoz fordulhat.</w:t>
      </w:r>
    </w:p>
    <w:p w14:paraId="7C949631" w14:textId="77777777" w:rsidR="007D136B" w:rsidRDefault="00000000">
      <w:pPr>
        <w:pStyle w:val="Cmsor2"/>
      </w:pPr>
      <w:r>
        <w:t>14. Záró rendelkezések</w:t>
      </w:r>
    </w:p>
    <w:p w14:paraId="6B52DE2C" w14:textId="77777777" w:rsidR="007D136B" w:rsidRDefault="00000000">
      <w:r>
        <w:t>Jelen Adatkezelési Tájékoztató a Kormorán Kemping és Turistaszálló közvetlen adatkezelési folyamataira vonatkozik. Az adatkezelő fenntartja a jogot a tájékoztató módosítására a jogszabályok változása vagy működésének módosulása esetén.</w:t>
      </w:r>
    </w:p>
    <w:sectPr w:rsidR="007D136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5314583">
    <w:abstractNumId w:val="8"/>
  </w:num>
  <w:num w:numId="2" w16cid:durableId="140121640">
    <w:abstractNumId w:val="6"/>
  </w:num>
  <w:num w:numId="3" w16cid:durableId="510724119">
    <w:abstractNumId w:val="5"/>
  </w:num>
  <w:num w:numId="4" w16cid:durableId="153229474">
    <w:abstractNumId w:val="4"/>
  </w:num>
  <w:num w:numId="5" w16cid:durableId="1352298716">
    <w:abstractNumId w:val="7"/>
  </w:num>
  <w:num w:numId="6" w16cid:durableId="1396582504">
    <w:abstractNumId w:val="3"/>
  </w:num>
  <w:num w:numId="7" w16cid:durableId="897398940">
    <w:abstractNumId w:val="2"/>
  </w:num>
  <w:num w:numId="8" w16cid:durableId="591551966">
    <w:abstractNumId w:val="1"/>
  </w:num>
  <w:num w:numId="9" w16cid:durableId="193550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4E7C"/>
    <w:rsid w:val="0029639D"/>
    <w:rsid w:val="00326F90"/>
    <w:rsid w:val="00534011"/>
    <w:rsid w:val="00566563"/>
    <w:rsid w:val="007D136B"/>
    <w:rsid w:val="00AA1D8D"/>
    <w:rsid w:val="00B47730"/>
    <w:rsid w:val="00C2714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20814"/>
  <w14:defaultImageDpi w14:val="300"/>
  <w15:docId w15:val="{304FDD08-3003-4E96-80C5-0B7A6498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rPr>
      <w:rFonts w:ascii="Calibri" w:hAnsi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3016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2026-07-06T08:56:00Z</dcterms:created>
  <dcterms:modified xsi:type="dcterms:W3CDTF">2026-07-13T08:36:00Z</dcterms:modified>
  <cp:category/>
</cp:coreProperties>
</file>