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8993" w14:textId="77777777" w:rsidR="00321BBA" w:rsidRDefault="00000000">
      <w:pPr>
        <w:pStyle w:val="Cmsor1"/>
        <w:jc w:val="center"/>
      </w:pPr>
      <w:r>
        <w:t>ÁLTALÁNOS SZERZŐDÉSI FELTÉTELEK</w:t>
      </w:r>
    </w:p>
    <w:p w14:paraId="0C37B00F" w14:textId="0C1E6973" w:rsidR="00321BBA" w:rsidRDefault="00000000">
      <w:pPr>
        <w:jc w:val="center"/>
      </w:pPr>
      <w:proofErr w:type="spellStart"/>
      <w:r>
        <w:rPr>
          <w:b/>
        </w:rPr>
        <w:t>Kormorán</w:t>
      </w:r>
      <w:proofErr w:type="spellEnd"/>
      <w:r w:rsidR="00031173">
        <w:rPr>
          <w:b/>
        </w:rPr>
        <w:t xml:space="preserve"> </w:t>
      </w:r>
      <w:proofErr w:type="spellStart"/>
      <w:r w:rsidR="00031173">
        <w:rPr>
          <w:b/>
        </w:rPr>
        <w:t>Kemping</w:t>
      </w:r>
      <w:proofErr w:type="spellEnd"/>
      <w:r w:rsidR="00031173">
        <w:rPr>
          <w:b/>
        </w:rPr>
        <w:t xml:space="preserve"> </w:t>
      </w:r>
      <w:proofErr w:type="spellStart"/>
      <w:r w:rsidR="00031173">
        <w:rPr>
          <w:b/>
        </w:rPr>
        <w:t>és</w:t>
      </w:r>
      <w:proofErr w:type="spellEnd"/>
      <w:r w:rsidR="00031173">
        <w:rPr>
          <w:b/>
        </w:rPr>
        <w:t xml:space="preserve"> </w:t>
      </w:r>
      <w:proofErr w:type="spellStart"/>
      <w:r>
        <w:rPr>
          <w:b/>
        </w:rPr>
        <w:t>Turistaszálló</w:t>
      </w:r>
      <w:proofErr w:type="spellEnd"/>
      <w:r>
        <w:rPr>
          <w:b/>
        </w:rPr>
        <w:br/>
      </w:r>
      <w:r>
        <w:t>Tom-Túra Kft.</w:t>
      </w:r>
    </w:p>
    <w:p w14:paraId="4F69F941" w14:textId="77777777" w:rsidR="00321BBA" w:rsidRDefault="00000000">
      <w:pPr>
        <w:pStyle w:val="Cmsor2"/>
      </w:pPr>
      <w:r>
        <w:t>1. A szolgáltató adatai</w:t>
      </w:r>
    </w:p>
    <w:p w14:paraId="2F8C093B" w14:textId="71325E2D" w:rsidR="00321BBA" w:rsidRDefault="00000000">
      <w:r>
        <w:t>Szolgáltató: Tom-Túra Kft.</w:t>
      </w:r>
      <w:r>
        <w:br/>
        <w:t>Székhely: 7854 Matty, Kossuth Lajos u. 92.</w:t>
      </w:r>
      <w:r>
        <w:br/>
        <w:t>Adószám: 12680915-2-02</w:t>
      </w:r>
      <w:r>
        <w:br/>
        <w:t>NTAK regisztrációs szám: KE24103544</w:t>
      </w:r>
      <w:r>
        <w:br/>
      </w:r>
      <w:proofErr w:type="spellStart"/>
      <w:r>
        <w:t>Szálláshely</w:t>
      </w:r>
      <w:proofErr w:type="spellEnd"/>
      <w:r>
        <w:t xml:space="preserve">: </w:t>
      </w:r>
      <w:proofErr w:type="spellStart"/>
      <w:r>
        <w:t>Kormorán</w:t>
      </w:r>
      <w:proofErr w:type="spellEnd"/>
      <w:r w:rsidR="00031173">
        <w:t xml:space="preserve"> </w:t>
      </w:r>
      <w:proofErr w:type="spellStart"/>
      <w:r w:rsidR="00031173">
        <w:t>Kemping</w:t>
      </w:r>
      <w:proofErr w:type="spellEnd"/>
      <w:r w:rsidR="00031173">
        <w:t xml:space="preserve"> </w:t>
      </w:r>
      <w:proofErr w:type="spellStart"/>
      <w:r w:rsidR="00031173">
        <w:t>és</w:t>
      </w:r>
      <w:proofErr w:type="spellEnd"/>
      <w:r>
        <w:t xml:space="preserve"> </w:t>
      </w:r>
      <w:proofErr w:type="spellStart"/>
      <w:r>
        <w:t>Turistaszálló</w:t>
      </w:r>
      <w:proofErr w:type="spellEnd"/>
      <w:r>
        <w:br/>
      </w:r>
      <w:proofErr w:type="spellStart"/>
      <w:r>
        <w:t>Maximális</w:t>
      </w:r>
      <w:proofErr w:type="spellEnd"/>
      <w:r>
        <w:t xml:space="preserve"> </w:t>
      </w:r>
      <w:proofErr w:type="spellStart"/>
      <w:r>
        <w:t>befogadóképesség</w:t>
      </w:r>
      <w:proofErr w:type="spellEnd"/>
      <w:r>
        <w:t>: 85 fő</w:t>
      </w:r>
    </w:p>
    <w:p w14:paraId="2A4AF560" w14:textId="77777777" w:rsidR="00321BBA" w:rsidRDefault="00000000">
      <w:pPr>
        <w:pStyle w:val="Cmsor2"/>
      </w:pPr>
      <w:r>
        <w:t>2. Az ÁSZF hatálya</w:t>
      </w:r>
    </w:p>
    <w:p w14:paraId="18B42EA8" w14:textId="3B789D4C" w:rsidR="00321BBA" w:rsidRDefault="00000000">
      <w:r>
        <w:t xml:space="preserve">Jelen ÁSZF a </w:t>
      </w:r>
      <w:proofErr w:type="spellStart"/>
      <w:r>
        <w:t>Kormorán</w:t>
      </w:r>
      <w:proofErr w:type="spellEnd"/>
      <w:r w:rsidR="00031173">
        <w:t xml:space="preserve"> </w:t>
      </w:r>
      <w:proofErr w:type="spellStart"/>
      <w:r w:rsidR="00031173">
        <w:t>Kemping</w:t>
      </w:r>
      <w:proofErr w:type="spellEnd"/>
      <w:r w:rsidR="00031173">
        <w:t xml:space="preserve"> </w:t>
      </w:r>
      <w:proofErr w:type="spellStart"/>
      <w:r w:rsidR="00031173">
        <w:t>és</w:t>
      </w:r>
      <w:proofErr w:type="spellEnd"/>
      <w:r>
        <w:t xml:space="preserve"> </w:t>
      </w:r>
      <w:proofErr w:type="spellStart"/>
      <w:r>
        <w:t>Turistaszálló</w:t>
      </w:r>
      <w:proofErr w:type="spellEnd"/>
      <w:r>
        <w:t xml:space="preserve">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nyújtott</w:t>
      </w:r>
      <w:proofErr w:type="spellEnd"/>
      <w:r>
        <w:t xml:space="preserve"> szálláshely-szolgáltatás igénybevételének feltételeit szabályozza. A foglalás véglegesítésével a vendég, illetve csoport esetén a csoportvezető elfogadja jelen ÁSZF rendelkezéseit.</w:t>
      </w:r>
    </w:p>
    <w:p w14:paraId="536EA125" w14:textId="77777777" w:rsidR="00321BBA" w:rsidRDefault="00000000">
      <w:pPr>
        <w:pStyle w:val="Cmsor2"/>
      </w:pPr>
      <w:r>
        <w:t>3. Foglalás</w:t>
      </w:r>
    </w:p>
    <w:p w14:paraId="5628F888" w14:textId="77777777" w:rsidR="00321BBA" w:rsidRDefault="00000000">
      <w:r>
        <w:t>A foglalás telefonon vagy e-mailben történik. A foglalás a szolgáltató írásos visszaigazolásával válik véglegessé.</w:t>
      </w:r>
      <w:r>
        <w:br/>
        <w:t>A foglalás véglegesítéséhez a szállásdíj 20%-ának megfelelő előleget kell fizetni banki átutalással, a visszaigazolást követő 1 hónapon belül.</w:t>
      </w:r>
    </w:p>
    <w:p w14:paraId="7CD36F6A" w14:textId="77777777" w:rsidR="00321BBA" w:rsidRDefault="00000000">
      <w:pPr>
        <w:pStyle w:val="Cmsor2"/>
      </w:pPr>
      <w:r>
        <w:t>4. Fizetés</w:t>
      </w:r>
    </w:p>
    <w:p w14:paraId="566638EE" w14:textId="77777777" w:rsidR="00321BBA" w:rsidRDefault="00000000">
      <w:r>
        <w:t>Az előlegen felüli fennmaradó szállásdíj készpénzzel vagy banki átutalással fizethető a felek megállapodása szerint.</w:t>
      </w:r>
    </w:p>
    <w:p w14:paraId="2AA2F361" w14:textId="77777777" w:rsidR="00321BBA" w:rsidRDefault="00000000">
      <w:pPr>
        <w:pStyle w:val="Cmsor2"/>
      </w:pPr>
      <w:r>
        <w:t>5. Lemondási feltételek</w:t>
      </w:r>
    </w:p>
    <w:p w14:paraId="485F9FD0" w14:textId="77777777" w:rsidR="00321BBA" w:rsidRDefault="00000000">
      <w:r>
        <w:t>A foglalás az érkezést megelőző 14. napig díjmentesen lemondható.</w:t>
      </w:r>
      <w:r>
        <w:br/>
        <w:t>14 napon belüli lemondás esetén a befizetett előleg nem jár vissza.</w:t>
      </w:r>
    </w:p>
    <w:p w14:paraId="1782C4A8" w14:textId="77777777" w:rsidR="00321BBA" w:rsidRDefault="00000000">
      <w:pPr>
        <w:pStyle w:val="Cmsor2"/>
      </w:pPr>
      <w:r>
        <w:t>6. Csoportos foglalások</w:t>
      </w:r>
    </w:p>
    <w:p w14:paraId="0EBF2F8F" w14:textId="77777777" w:rsidR="00321BBA" w:rsidRDefault="00000000">
      <w:r>
        <w:t>• A regisztrációs lapot a szolgáltató az érkezést megelőzően megküldi a csoportvezető részére.</w:t>
      </w:r>
      <w:r>
        <w:br/>
        <w:t>• A kitöltött regisztrációs lapot legkésőbb az érkezést megelőző 3 nappal kérjük visszaküldeni.</w:t>
      </w:r>
      <w:r>
        <w:br/>
        <w:t>• A végleges csoportlétszám módosítását legkésőbb az érkezést megelőző 1 héttel kérjük írásban jelezni.</w:t>
      </w:r>
      <w:r>
        <w:br/>
        <w:t>• A szobabeosztás elkészítéséhez minden esetben szükséges a fiú–lány létszám szerinti megoszlás megküldése.</w:t>
      </w:r>
      <w:r>
        <w:br/>
        <w:t>• A csoportonként elfogadható létszámcsökkenés legfeljebb 2 fő. Az ezt meghaladó létszámcsökkenés esetén a visszaigazolt létszám alapján fennmaradó szállásdíjat a csoport köteles megfizetni.</w:t>
      </w:r>
      <w:r>
        <w:br/>
      </w:r>
      <w:r>
        <w:lastRenderedPageBreak/>
        <w:t>• A csoportvezető felel azért, hogy a csoport tagjai megismerjék és betartsák a Házirendet és a jelen ÁSZF rendelkezéseit.</w:t>
      </w:r>
    </w:p>
    <w:p w14:paraId="57904236" w14:textId="77777777" w:rsidR="00321BBA" w:rsidRDefault="00000000">
      <w:pPr>
        <w:pStyle w:val="Cmsor2"/>
      </w:pPr>
      <w:r>
        <w:t>7. Érkezés és távozás</w:t>
      </w:r>
    </w:p>
    <w:p w14:paraId="5448F379" w14:textId="77777777" w:rsidR="00321BBA" w:rsidRDefault="00000000">
      <w:r>
        <w:t>Bejelentkezés: 14:00–18:00.</w:t>
      </w:r>
      <w:r>
        <w:br/>
        <w:t>Kijelentkezés: legkésőbb 10:00.</w:t>
      </w:r>
      <w:r>
        <w:br/>
        <w:t>Ettől eltérni kizárólag előzetes egyeztetés alapján lehet.</w:t>
      </w:r>
    </w:p>
    <w:p w14:paraId="0DB14B57" w14:textId="77777777" w:rsidR="00321BBA" w:rsidRDefault="00000000">
      <w:pPr>
        <w:pStyle w:val="Cmsor2"/>
      </w:pPr>
      <w:r>
        <w:t>8. Bejelentkezés és adatszolgáltatás</w:t>
      </w:r>
    </w:p>
    <w:p w14:paraId="65A40F09" w14:textId="77777777" w:rsidR="00321BBA" w:rsidRDefault="00000000">
      <w:r>
        <w:t>A vendégek kötelesek érvényes személyazonosító okmányukat bemutatni. A szolgáltató a hatályos jogszabályoknak megfelelő VIZA/NTAK adatszolgáltatást teljesíti.</w:t>
      </w:r>
    </w:p>
    <w:p w14:paraId="61E1C294" w14:textId="77777777" w:rsidR="00321BBA" w:rsidRDefault="00000000">
      <w:pPr>
        <w:pStyle w:val="Cmsor2"/>
      </w:pPr>
      <w:r>
        <w:t>9. Étkezés</w:t>
      </w:r>
    </w:p>
    <w:p w14:paraId="2CF2A0B4" w14:textId="77777777" w:rsidR="00321BBA" w:rsidRDefault="00000000">
      <w:r>
        <w:t>Igény esetén a szálláshely saját készítésű reggelit biztosít.</w:t>
      </w:r>
      <w:r>
        <w:br/>
        <w:t>Ebédet és vacsorát előzetes egyeztetés alapján külső szolgáltató biztosít.</w:t>
      </w:r>
      <w:r>
        <w:br/>
        <w:t>Az ételallergiát vagy speciális étrendet legkésőbb az érkezés előtt 7 nappal kérjük jelezni.</w:t>
      </w:r>
    </w:p>
    <w:p w14:paraId="730BD34F" w14:textId="77777777" w:rsidR="00321BBA" w:rsidRDefault="00000000">
      <w:pPr>
        <w:pStyle w:val="Cmsor2"/>
      </w:pPr>
      <w:r>
        <w:t>10. A szálláshely használata</w:t>
      </w:r>
    </w:p>
    <w:p w14:paraId="27B66733" w14:textId="77777777" w:rsidR="00321BBA" w:rsidRDefault="00000000">
      <w:r>
        <w:t>A parkoló, a közösségi helyiségek, a bográcsozó és a filagória használata a vendégek részére díjmentes.</w:t>
      </w:r>
      <w:r>
        <w:br/>
        <w:t>A létesítmények kizárólag rendeltetésszerűen használhatók.</w:t>
      </w:r>
      <w:r>
        <w:br/>
        <w:t>A Házirend jelen ÁSZF elválaszthatatlan részét képezi.</w:t>
      </w:r>
    </w:p>
    <w:p w14:paraId="1BA1DFC7" w14:textId="77777777" w:rsidR="00321BBA" w:rsidRDefault="00000000">
      <w:pPr>
        <w:pStyle w:val="Cmsor2"/>
      </w:pPr>
      <w:r>
        <w:t>11. Dohányzás, alkoholfogyasztás, csend</w:t>
      </w:r>
    </w:p>
    <w:p w14:paraId="2C129D60" w14:textId="77777777" w:rsidR="00321BBA" w:rsidRDefault="00000000">
      <w:r>
        <w:t>Az épületekben dohányozni tilos.</w:t>
      </w:r>
      <w:r>
        <w:br/>
        <w:t>Dohányozni kizárólag a kijelölt helyeken lehet.</w:t>
      </w:r>
      <w:r>
        <w:br/>
        <w:t>Iskolai és gyermekcsoportok részére alkoholfogyasztás tilos.</w:t>
      </w:r>
      <w:r>
        <w:br/>
        <w:t>Felnőtt csoportok részére kulturált alkoholfogyasztás megengedett.</w:t>
      </w:r>
      <w:r>
        <w:br/>
        <w:t>22:00–08:00 között csendes időszak van.</w:t>
      </w:r>
    </w:p>
    <w:p w14:paraId="612C3BAC" w14:textId="77777777" w:rsidR="00321BBA" w:rsidRDefault="00000000">
      <w:pPr>
        <w:pStyle w:val="Cmsor2"/>
      </w:pPr>
      <w:r>
        <w:t>12. Kártérítési felelősség</w:t>
      </w:r>
    </w:p>
    <w:p w14:paraId="78FA207B" w14:textId="77777777" w:rsidR="00321BBA" w:rsidRDefault="00000000">
      <w:r>
        <w:t>A vendég felel az általa vagy a csoport tagjai által okozott károkért. A szolgáltató jogosult a károk megtérítését követelni.</w:t>
      </w:r>
    </w:p>
    <w:p w14:paraId="2EBCF736" w14:textId="77777777" w:rsidR="00321BBA" w:rsidRDefault="00000000">
      <w:pPr>
        <w:pStyle w:val="Cmsor2"/>
      </w:pPr>
      <w:r>
        <w:t>13. A szolgáltató felelőssége</w:t>
      </w:r>
    </w:p>
    <w:p w14:paraId="22649515" w14:textId="77777777" w:rsidR="00321BBA" w:rsidRDefault="00000000">
      <w:r>
        <w:t>A szolgáltató nem vállal felelősséget a vendégek őrizetlenül hagyott értéktárgyaiért, illetve a szolgáltatón kívül álló okból bekövetkező károkért.</w:t>
      </w:r>
    </w:p>
    <w:p w14:paraId="07B7FE87" w14:textId="77777777" w:rsidR="00321BBA" w:rsidRDefault="00000000">
      <w:pPr>
        <w:pStyle w:val="Cmsor2"/>
      </w:pPr>
      <w:r>
        <w:t>14. Panaszkezelés</w:t>
      </w:r>
    </w:p>
    <w:p w14:paraId="38AC47DA" w14:textId="77777777" w:rsidR="00321BBA" w:rsidRDefault="00000000">
      <w:r>
        <w:t>A vendég panaszát kérjük elsődlegesen a helyszínen jelezni, hogy annak kivizsgálására és rendezésére lehetőség legyen.</w:t>
      </w:r>
    </w:p>
    <w:p w14:paraId="444D429F" w14:textId="77777777" w:rsidR="00321BBA" w:rsidRDefault="00000000">
      <w:pPr>
        <w:pStyle w:val="Cmsor2"/>
      </w:pPr>
      <w:r>
        <w:lastRenderedPageBreak/>
        <w:t>15. Adatkezelés</w:t>
      </w:r>
    </w:p>
    <w:p w14:paraId="6301B217" w14:textId="77777777" w:rsidR="00321BBA" w:rsidRDefault="00000000">
      <w:r>
        <w:t>A szolgáltató a személyes adatokat a hatályos adatvédelmi jogszabályoknak megfelelően kezeli. Az adatkezelés részletes szabályait az Adatkezelési Tájékoztató tartalmazza.</w:t>
      </w:r>
    </w:p>
    <w:p w14:paraId="5319FE83" w14:textId="77777777" w:rsidR="00321BBA" w:rsidRDefault="00000000">
      <w:pPr>
        <w:pStyle w:val="Cmsor2"/>
      </w:pPr>
      <w:r>
        <w:t>16. Záró rendelkezések</w:t>
      </w:r>
    </w:p>
    <w:p w14:paraId="2745BF7C" w14:textId="77777777" w:rsidR="00321BBA" w:rsidRDefault="00000000">
      <w:r>
        <w:t>Jelen ÁSZF-ben nem szabályozott kérdésekben a Polgári Törvénykönyv és a hatályos magyar jogszabályok rendelkezései irányadók. A szolgáltató fenntartja a jelen ÁSZF módosításának jogát.</w:t>
      </w:r>
    </w:p>
    <w:p w14:paraId="39CFADFF" w14:textId="35B6E2E4" w:rsidR="00321BBA" w:rsidRDefault="00000000">
      <w:r>
        <w:br/>
        <w:t xml:space="preserve">Kelt: </w:t>
      </w:r>
      <w:r w:rsidR="00031173">
        <w:t>Matty, 2026.07.06.</w:t>
      </w:r>
    </w:p>
    <w:p w14:paraId="6F52E115" w14:textId="77777777" w:rsidR="00321BBA" w:rsidRDefault="00000000">
      <w:r>
        <w:t>Tom-Túra Kft.</w:t>
      </w:r>
    </w:p>
    <w:sectPr w:rsidR="00321B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848666">
    <w:abstractNumId w:val="8"/>
  </w:num>
  <w:num w:numId="2" w16cid:durableId="1021055894">
    <w:abstractNumId w:val="6"/>
  </w:num>
  <w:num w:numId="3" w16cid:durableId="708064443">
    <w:abstractNumId w:val="5"/>
  </w:num>
  <w:num w:numId="4" w16cid:durableId="1091779594">
    <w:abstractNumId w:val="4"/>
  </w:num>
  <w:num w:numId="5" w16cid:durableId="426849227">
    <w:abstractNumId w:val="7"/>
  </w:num>
  <w:num w:numId="6" w16cid:durableId="933787453">
    <w:abstractNumId w:val="3"/>
  </w:num>
  <w:num w:numId="7" w16cid:durableId="1336305789">
    <w:abstractNumId w:val="2"/>
  </w:num>
  <w:num w:numId="8" w16cid:durableId="215702752">
    <w:abstractNumId w:val="1"/>
  </w:num>
  <w:num w:numId="9" w16cid:durableId="141304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173"/>
    <w:rsid w:val="00034616"/>
    <w:rsid w:val="0006063C"/>
    <w:rsid w:val="0015074B"/>
    <w:rsid w:val="0029639D"/>
    <w:rsid w:val="00321BBA"/>
    <w:rsid w:val="00326F90"/>
    <w:rsid w:val="00AA1D8D"/>
    <w:rsid w:val="00B47730"/>
    <w:rsid w:val="00BD79C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39BC1"/>
  <w14:defaultImageDpi w14:val="300"/>
  <w15:docId w15:val="{4F756067-A204-47CE-9FE3-82857328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492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2026-07-06T08:14:00Z</dcterms:created>
  <dcterms:modified xsi:type="dcterms:W3CDTF">2026-07-06T08:14:00Z</dcterms:modified>
  <cp:category/>
</cp:coreProperties>
</file>