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138E" w14:textId="77777777" w:rsidR="003E53A4" w:rsidRDefault="00000000">
      <w:pPr>
        <w:pStyle w:val="Cmsor1"/>
        <w:jc w:val="center"/>
      </w:pPr>
      <w:r>
        <w:t>COOKIE (SÜTI) TÁJÉKOZTATÓ</w:t>
      </w:r>
    </w:p>
    <w:p w14:paraId="5667FB03" w14:textId="071546CB" w:rsidR="003E53A4" w:rsidRDefault="00000000">
      <w:pPr>
        <w:jc w:val="center"/>
      </w:pPr>
      <w:r>
        <w:rPr>
          <w:b/>
        </w:rPr>
        <w:t>Kormorán Kemping és Turistaszálló</w:t>
      </w:r>
      <w:r>
        <w:rPr>
          <w:b/>
        </w:rPr>
        <w:br/>
      </w:r>
      <w:r w:rsidR="00804913">
        <w:t>Tom-Túra Kft.</w:t>
      </w:r>
    </w:p>
    <w:p w14:paraId="6E15866B" w14:textId="77777777" w:rsidR="003E53A4" w:rsidRDefault="00000000">
      <w:pPr>
        <w:pStyle w:val="Cmsor2"/>
      </w:pPr>
      <w:r>
        <w:t>1. Az adatkezelő adatai</w:t>
      </w:r>
    </w:p>
    <w:p w14:paraId="4AD29907" w14:textId="77777777" w:rsidR="003E53A4" w:rsidRDefault="00000000">
      <w:r>
        <w:t>Adatkezelő: Tom-Túra Kft.</w:t>
      </w:r>
      <w:r>
        <w:br/>
        <w:t>Ügyvezető: Baksainé Zódor Annamária</w:t>
      </w:r>
      <w:r>
        <w:br/>
        <w:t>Székhely: 7854 Matty, Kossuth Lajos u. 92.</w:t>
      </w:r>
      <w:r>
        <w:br/>
        <w:t>Cégjegyzékszám: 02-09-067636</w:t>
      </w:r>
      <w:r>
        <w:br/>
        <w:t>Adószám: 12680915-2-02</w:t>
      </w:r>
      <w:r>
        <w:br/>
      </w:r>
      <w:r>
        <w:br/>
        <w:t>E-mail: tomturakft@gmail.com</w:t>
      </w:r>
      <w:r>
        <w:br/>
        <w:t>Telefon: +36 20 998 6302 / +36 20 584 2191</w:t>
      </w:r>
      <w:r>
        <w:br/>
        <w:t>Weboldal: https://tom-tura.hu</w:t>
      </w:r>
    </w:p>
    <w:p w14:paraId="0C457996" w14:textId="77777777" w:rsidR="003E53A4" w:rsidRDefault="00000000">
      <w:pPr>
        <w:pStyle w:val="Cmsor2"/>
      </w:pPr>
      <w:r>
        <w:t>2. Mi az a cookie (süti)?</w:t>
      </w:r>
    </w:p>
    <w:p w14:paraId="60563360" w14:textId="77777777" w:rsidR="003E53A4" w:rsidRDefault="00000000">
      <w:r>
        <w:t>A cookie (süti) egy kis adatfájl, amelyet a weboldal a felhasználó eszközén helyez el. A sütik célja a weboldal megfelelő működésének biztosítása, a felhasználói élmény javítása, valamint egyes esetekben statisztikai információk gyűjtése.</w:t>
      </w:r>
    </w:p>
    <w:p w14:paraId="65FDD971" w14:textId="77777777" w:rsidR="003E53A4" w:rsidRDefault="00000000">
      <w:pPr>
        <w:pStyle w:val="Cmsor2"/>
      </w:pPr>
      <w:r>
        <w:t>3. A weboldalon alkalmazott sütik</w:t>
      </w:r>
    </w:p>
    <w:p w14:paraId="568BAFA6" w14:textId="77777777" w:rsidR="003E53A4" w:rsidRDefault="00000000">
      <w:r>
        <w:t>A weboldal működéséhez szükséges sütiket használhat, amelyek biztosítják:</w:t>
      </w:r>
      <w:r>
        <w:br/>
        <w:t>• a weboldal megfelelő működését;</w:t>
      </w:r>
      <w:r>
        <w:br/>
        <w:t>• a munkamenet kezelését;</w:t>
      </w:r>
      <w:r>
        <w:br/>
        <w:t>• a biztonságos böngészést;</w:t>
      </w:r>
      <w:r>
        <w:br/>
        <w:t>• a felhasználói beállítások megőrzését.</w:t>
      </w:r>
      <w:r>
        <w:br/>
      </w:r>
      <w:r>
        <w:br/>
        <w:t>Amennyiben a jövőben statisztikai vagy marketing célú sütik kerülnek alkalmazásra, azok használatáról a látogatók előzetes tájékoztatást kapnak, és ahol szükséges, hozzájárulásukat kérjük.</w:t>
      </w:r>
    </w:p>
    <w:p w14:paraId="47DE46D9" w14:textId="77777777" w:rsidR="003E53A4" w:rsidRDefault="00000000">
      <w:pPr>
        <w:pStyle w:val="Cmsor2"/>
      </w:pPr>
      <w:r>
        <w:t>4. A sütik kezelése</w:t>
      </w:r>
    </w:p>
    <w:p w14:paraId="3550E0FA" w14:textId="77777777" w:rsidR="003E53A4" w:rsidRDefault="00000000">
      <w:r>
        <w:t>A látogató böngészőjének beállításaiban bármikor megtekintheti, törölheti vagy letilthatja a sütiket. Felhívjuk a figyelmet arra, hogy a szükséges sütik letiltása a weboldal egyes funkcióinak működését korlátozhatja.</w:t>
      </w:r>
    </w:p>
    <w:p w14:paraId="7AD3B11B" w14:textId="77777777" w:rsidR="003E53A4" w:rsidRDefault="00000000">
      <w:pPr>
        <w:pStyle w:val="Cmsor2"/>
      </w:pPr>
      <w:r>
        <w:t>5. Harmadik fél szolgáltatásai</w:t>
      </w:r>
    </w:p>
    <w:p w14:paraId="263E544B" w14:textId="77777777" w:rsidR="003E53A4" w:rsidRDefault="00000000">
      <w:r>
        <w:t>A weboldalon külső szolgáltatások (pl. közösségi média hivatkozások vagy térképszolgáltatás) jelenhetnek meg. Ezek saját sütiket alkalmazhatnak, amelyek kezelésére az adott szolgáltató adatkezelési szabályzata irányadó.</w:t>
      </w:r>
    </w:p>
    <w:p w14:paraId="403481E9" w14:textId="77777777" w:rsidR="003E53A4" w:rsidRDefault="00000000">
      <w:pPr>
        <w:pStyle w:val="Cmsor2"/>
      </w:pPr>
      <w:r>
        <w:lastRenderedPageBreak/>
        <w:t>6. A felhasználók jogai</w:t>
      </w:r>
    </w:p>
    <w:p w14:paraId="3968981E" w14:textId="77777777" w:rsidR="003E53A4" w:rsidRDefault="00000000">
      <w:r>
        <w:t>A látogatót a GDPR alapján megilletik különösen:</w:t>
      </w:r>
      <w:r>
        <w:br/>
        <w:t>• a tájékoztatáshoz való jog;</w:t>
      </w:r>
      <w:r>
        <w:br/>
        <w:t>• a hozzáféréshez való jog;</w:t>
      </w:r>
      <w:r>
        <w:br/>
        <w:t>• a helyesbítéshez való jog;</w:t>
      </w:r>
      <w:r>
        <w:br/>
        <w:t>• a törléshez való jog;</w:t>
      </w:r>
      <w:r>
        <w:br/>
        <w:t>• az adatkezelés korlátozásához való jog;</w:t>
      </w:r>
      <w:r>
        <w:br/>
        <w:t>• a tiltakozáshoz való jog;</w:t>
      </w:r>
      <w:r>
        <w:br/>
        <w:t>• a panasztételhez való jog.</w:t>
      </w:r>
    </w:p>
    <w:p w14:paraId="7CA093E2" w14:textId="77777777" w:rsidR="003E53A4" w:rsidRDefault="00000000">
      <w:pPr>
        <w:pStyle w:val="Cmsor2"/>
      </w:pPr>
      <w:r>
        <w:t>7. Kapcsolat</w:t>
      </w:r>
    </w:p>
    <w:p w14:paraId="37562EE7" w14:textId="77777777" w:rsidR="003E53A4" w:rsidRDefault="00000000">
      <w:r>
        <w:t>Tom-Túra Kft.</w:t>
      </w:r>
      <w:r>
        <w:br/>
        <w:t>7854 Matty, Kossuth Lajos u. 92.</w:t>
      </w:r>
      <w:r>
        <w:br/>
        <w:t>E-mail: tomturakft@gmail.com</w:t>
      </w:r>
      <w:r>
        <w:br/>
        <w:t>Telefon: +36 20 998 6302 / +36 20 584 2191</w:t>
      </w:r>
    </w:p>
    <w:p w14:paraId="005219AE" w14:textId="77777777" w:rsidR="003E53A4" w:rsidRDefault="00000000">
      <w:pPr>
        <w:pStyle w:val="Cmsor2"/>
      </w:pPr>
      <w:r>
        <w:t>8. Záró rendelkezések</w:t>
      </w:r>
    </w:p>
    <w:p w14:paraId="68AFDFCE" w14:textId="77777777" w:rsidR="003E53A4" w:rsidRDefault="00000000">
      <w:r>
        <w:t>A Tom-Túra Kft. fenntartja a jogot jelen Cookie (Süti) Tájékoztató módosítására. A mindenkor hatályos változat a https://tom-tura.hu weboldalon érhető el.</w:t>
      </w:r>
    </w:p>
    <w:sectPr w:rsidR="003E53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3201341">
    <w:abstractNumId w:val="8"/>
  </w:num>
  <w:num w:numId="2" w16cid:durableId="2104639544">
    <w:abstractNumId w:val="6"/>
  </w:num>
  <w:num w:numId="3" w16cid:durableId="668023493">
    <w:abstractNumId w:val="5"/>
  </w:num>
  <w:num w:numId="4" w16cid:durableId="628434043">
    <w:abstractNumId w:val="4"/>
  </w:num>
  <w:num w:numId="5" w16cid:durableId="1752462827">
    <w:abstractNumId w:val="7"/>
  </w:num>
  <w:num w:numId="6" w16cid:durableId="601686766">
    <w:abstractNumId w:val="3"/>
  </w:num>
  <w:num w:numId="7" w16cid:durableId="1659381244">
    <w:abstractNumId w:val="2"/>
  </w:num>
  <w:num w:numId="8" w16cid:durableId="1398279999">
    <w:abstractNumId w:val="1"/>
  </w:num>
  <w:num w:numId="9" w16cid:durableId="1268001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4E7C"/>
    <w:rsid w:val="0029639D"/>
    <w:rsid w:val="00326F90"/>
    <w:rsid w:val="003E53A4"/>
    <w:rsid w:val="00804913"/>
    <w:rsid w:val="008736E0"/>
    <w:rsid w:val="00AA1D8D"/>
    <w:rsid w:val="00B47730"/>
    <w:rsid w:val="00CB0664"/>
    <w:rsid w:val="00DE41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A829B0"/>
  <w14:defaultImageDpi w14:val="300"/>
  <w15:docId w15:val="{304FDD08-3003-4E96-80C5-0B7A6498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2026-07-06T09:02:00Z</dcterms:created>
  <dcterms:modified xsi:type="dcterms:W3CDTF">2026-07-13T08:36:00Z</dcterms:modified>
  <cp:category/>
</cp:coreProperties>
</file>