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01D6" w14:textId="77777777" w:rsidR="00261B61" w:rsidRDefault="00000000">
      <w:pPr>
        <w:pStyle w:val="Cmsor1"/>
        <w:jc w:val="center"/>
      </w:pPr>
      <w:r>
        <w:t>FOGLALÁSI ÉS LEMONDÁSI FELTÉTELEK</w:t>
      </w:r>
    </w:p>
    <w:p w14:paraId="4F404D73" w14:textId="2F431BCD" w:rsidR="00261B61" w:rsidRDefault="00000000">
      <w:pPr>
        <w:jc w:val="center"/>
      </w:pPr>
      <w:r>
        <w:rPr>
          <w:b/>
        </w:rPr>
        <w:t>Kormorán Kemping és Turistaszálló</w:t>
      </w:r>
      <w:r>
        <w:rPr>
          <w:b/>
        </w:rPr>
        <w:br/>
      </w:r>
      <w:r w:rsidR="00040960">
        <w:t>Tom-Túra Kft.</w:t>
      </w:r>
    </w:p>
    <w:p w14:paraId="70E82564" w14:textId="77777777" w:rsidR="00261B61" w:rsidRDefault="00000000">
      <w:pPr>
        <w:pStyle w:val="Cmsor2"/>
      </w:pPr>
      <w:r>
        <w:t>1. Szolgáltató adatai</w:t>
      </w:r>
    </w:p>
    <w:p w14:paraId="14EF6DC2" w14:textId="77777777" w:rsidR="00261B61" w:rsidRDefault="00000000">
      <w:r>
        <w:t>Szolgáltató: Tom-Túra Kft.</w:t>
      </w:r>
      <w:r>
        <w:br/>
        <w:t>Székhely: 7854 Matty, Kossuth Lajos u. 92.</w:t>
      </w:r>
      <w:r>
        <w:br/>
        <w:t>Adószám: 12680915-2-02</w:t>
      </w:r>
      <w:r>
        <w:br/>
        <w:t>NTAK regisztrációs szám: KE24103544</w:t>
      </w:r>
      <w:r>
        <w:br/>
      </w:r>
      <w:r>
        <w:br/>
        <w:t>Kapcsolat:</w:t>
      </w:r>
      <w:r>
        <w:br/>
        <w:t>E-mail: tomturakft@gmail.com</w:t>
      </w:r>
      <w:r>
        <w:br/>
        <w:t>Telefon: +36 20 998 6302 vagy +36 20 584 2191</w:t>
      </w:r>
      <w:r>
        <w:br/>
        <w:t>Weboldal: www.tom-tura.hu</w:t>
      </w:r>
    </w:p>
    <w:p w14:paraId="40526BD7" w14:textId="77777777" w:rsidR="00261B61" w:rsidRDefault="00000000">
      <w:pPr>
        <w:pStyle w:val="Cmsor2"/>
      </w:pPr>
      <w:r>
        <w:t>2. Foglalás</w:t>
      </w:r>
    </w:p>
    <w:p w14:paraId="34FFF212" w14:textId="77777777" w:rsidR="00261B61" w:rsidRDefault="00000000">
      <w:r>
        <w:t>Foglalás telefonon vagy e-mailben kezdeményezhető. A foglalás a szálláshely írásos visszaigazolásával válik véglegessé.</w:t>
      </w:r>
      <w:r>
        <w:br/>
      </w:r>
      <w:r>
        <w:br/>
        <w:t>A foglalás véglegesítéséhez a teljes szállásdíj 20%-ának megfelelő előleg megfizetése szükséges banki átutalással, a visszaigazolást követő 1 hónapon belül.</w:t>
      </w:r>
      <w:r>
        <w:br/>
      </w:r>
      <w:r>
        <w:br/>
        <w:t>Bankszámlaszám (K&amp;H Bank):</w:t>
      </w:r>
      <w:r>
        <w:br/>
        <w:t>10402434-24312130-00000000</w:t>
      </w:r>
      <w:r>
        <w:br/>
      </w:r>
      <w:r>
        <w:br/>
        <w:t>A közleményben kérjük feltüntetni:</w:t>
      </w:r>
      <w:r>
        <w:br/>
        <w:t>• a kapcsolattartó nevét,</w:t>
      </w:r>
      <w:r>
        <w:br/>
        <w:t>• a szolgáltatás időpontját.</w:t>
      </w:r>
    </w:p>
    <w:p w14:paraId="59F663A5" w14:textId="77777777" w:rsidR="00261B61" w:rsidRDefault="00000000">
      <w:pPr>
        <w:pStyle w:val="Cmsor2"/>
      </w:pPr>
      <w:r>
        <w:t>3. Árak és fizetés</w:t>
      </w:r>
    </w:p>
    <w:p w14:paraId="5C59993D" w14:textId="77777777" w:rsidR="00261B61" w:rsidRDefault="00000000">
      <w:r>
        <w:t>Áraink bruttó árak.</w:t>
      </w:r>
      <w:r>
        <w:br/>
      </w:r>
      <w:r>
        <w:br/>
        <w:t>ÁFA:</w:t>
      </w:r>
      <w:r>
        <w:br/>
        <w:t>• Szálláshely-szolgáltatás: 5%</w:t>
      </w:r>
      <w:r>
        <w:br/>
        <w:t>• Étkezési szolgáltatás: 27%</w:t>
      </w:r>
      <w:r>
        <w:br/>
      </w:r>
      <w:r>
        <w:br/>
        <w:t>Matty községben idegenforgalmi adó nem fizetendő.</w:t>
      </w:r>
      <w:r>
        <w:br/>
      </w:r>
      <w:r>
        <w:br/>
        <w:t>A fennmaradó összeg készpénzzel vagy banki átutalással fizethető.</w:t>
      </w:r>
    </w:p>
    <w:p w14:paraId="7458B35E" w14:textId="77777777" w:rsidR="00261B61" w:rsidRDefault="00000000">
      <w:pPr>
        <w:pStyle w:val="Cmsor2"/>
      </w:pPr>
      <w:r>
        <w:lastRenderedPageBreak/>
        <w:t>4. Foglalás módosítása</w:t>
      </w:r>
    </w:p>
    <w:p w14:paraId="09E600CF" w14:textId="77777777" w:rsidR="00261B61" w:rsidRDefault="00000000">
      <w:r>
        <w:t>A foglalás módosítása kizárólag írásban, a tomturakft@gmail.com e-mail címre küldött kérelemmel lehetséges.</w:t>
      </w:r>
      <w:r>
        <w:br/>
      </w:r>
      <w:r>
        <w:br/>
        <w:t>A módosítás a szabad kapacitás függvényében történik, amelyről a szolgáltató írásban küld visszaigazolást.</w:t>
      </w:r>
    </w:p>
    <w:p w14:paraId="57B9A8CA" w14:textId="77777777" w:rsidR="00261B61" w:rsidRDefault="00000000">
      <w:pPr>
        <w:pStyle w:val="Cmsor2"/>
      </w:pPr>
      <w:r>
        <w:t>5. Lemondási feltételek</w:t>
      </w:r>
    </w:p>
    <w:p w14:paraId="088D31F1" w14:textId="77777777" w:rsidR="00261B61" w:rsidRDefault="00000000">
      <w:r>
        <w:t>A foglalás az érkezést megelőző 14. napig díjmentesen lemondható.</w:t>
      </w:r>
      <w:r>
        <w:br/>
      </w:r>
      <w:r>
        <w:br/>
        <w:t>Az érkezést megelőző 14 napon belüli lemondás esetén a befizetett előleg nem kerül visszatérítésre.</w:t>
      </w:r>
      <w:r>
        <w:br/>
      </w:r>
      <w:r>
        <w:br/>
        <w:t>Amennyiben a csoport a lefoglalt időszaknál korábban távozik, a fennmaradó szállásdíj nem kerül visszatérítésre.</w:t>
      </w:r>
    </w:p>
    <w:p w14:paraId="2BC194E3" w14:textId="77777777" w:rsidR="00261B61" w:rsidRDefault="00000000">
      <w:pPr>
        <w:pStyle w:val="Cmsor2"/>
      </w:pPr>
      <w:r>
        <w:t>6. Csoportos foglalások</w:t>
      </w:r>
    </w:p>
    <w:p w14:paraId="3C7993FE" w14:textId="77777777" w:rsidR="00261B61" w:rsidRDefault="00000000">
      <w:r>
        <w:t>A regisztrációs lapot a szolgáltató az érkezést megelőzően megküldi a csoportvezető részére. A kitöltött regisztrációs lapot legkésőbb az érkezést megelőző 3 nappal kérjük visszaküldeni.</w:t>
      </w:r>
      <w:r>
        <w:br/>
      </w:r>
      <w:r>
        <w:br/>
        <w:t>A végleges létszám módosítását legkésőbb az érkezést megelőző 1 héttel kérjük jelezni.</w:t>
      </w:r>
      <w:r>
        <w:br/>
      </w:r>
      <w:r>
        <w:br/>
        <w:t>A szobabeosztás elkészítéséhez minden esetben szükséges a fiú–lány létszám szerinti megoszlás megküldése.</w:t>
      </w:r>
      <w:r>
        <w:br/>
      </w:r>
      <w:r>
        <w:br/>
        <w:t>Csoportonként legfeljebb 2 fő létszámcsökkenést tudunk elfogadni. Az ezt meghaladó létszámcsökkenés esetén a visszaigazolt létszám alapján fennmaradó szállásdíjat a csoport köteles megfizetni.</w:t>
      </w:r>
    </w:p>
    <w:p w14:paraId="1F2F54B6" w14:textId="77777777" w:rsidR="00261B61" w:rsidRDefault="00000000">
      <w:pPr>
        <w:pStyle w:val="Cmsor2"/>
      </w:pPr>
      <w:r>
        <w:t>7. Étkezés</w:t>
      </w:r>
    </w:p>
    <w:p w14:paraId="75D190FF" w14:textId="77777777" w:rsidR="00261B61" w:rsidRDefault="00000000">
      <w:r>
        <w:t>Igény esetén csoportok részére saját készítésű reggelit biztosítunk.</w:t>
      </w:r>
      <w:r>
        <w:br/>
      </w:r>
      <w:r>
        <w:br/>
        <w:t>Ebédet és vacsorát előzetes egyeztetés alapján külső szolgáltató biztosít a csoport teljes létszáma részére.</w:t>
      </w:r>
      <w:r>
        <w:br/>
      </w:r>
      <w:r>
        <w:br/>
        <w:t>Kérjük az ételallergiát vagy speciális étrendre vonatkozó igényt legkésőbb az érkezés előtt 7 nappal jelezni.</w:t>
      </w:r>
    </w:p>
    <w:p w14:paraId="03B48066" w14:textId="77777777" w:rsidR="00261B61" w:rsidRDefault="00000000">
      <w:pPr>
        <w:pStyle w:val="Cmsor2"/>
      </w:pPr>
      <w:r>
        <w:t>8. Érkezés és távozás</w:t>
      </w:r>
    </w:p>
    <w:p w14:paraId="3EAE82FA" w14:textId="77777777" w:rsidR="00261B61" w:rsidRDefault="00000000">
      <w:r>
        <w:t>Bejelentkezés: 14:00–18:00</w:t>
      </w:r>
      <w:r>
        <w:br/>
        <w:t>Kijelentkezés: legkésőbb 10:00</w:t>
      </w:r>
      <w:r>
        <w:br/>
      </w:r>
      <w:r>
        <w:lastRenderedPageBreak/>
        <w:br/>
        <w:t>Kérjük az érkezés várható időpontját előzetesen jelezni.</w:t>
      </w:r>
    </w:p>
    <w:p w14:paraId="47E373F5" w14:textId="77777777" w:rsidR="00261B61" w:rsidRDefault="00000000">
      <w:pPr>
        <w:pStyle w:val="Cmsor2"/>
      </w:pPr>
      <w:r>
        <w:t>9. Vis maior</w:t>
      </w:r>
    </w:p>
    <w:p w14:paraId="7BE44E40" w14:textId="77777777" w:rsidR="00261B61" w:rsidRDefault="00000000">
      <w:r>
        <w:t>Elháríthatatlan külső ok (pl. természeti katasztrófa, járvány vagy hatósági intézkedés) esetén a szolgáltató nem vállal felelősséget a szolgáltatás teljesítésének ellehetetlenüléséért.</w:t>
      </w:r>
    </w:p>
    <w:p w14:paraId="009ADBB3" w14:textId="77777777" w:rsidR="00261B61" w:rsidRDefault="00000000">
      <w:pPr>
        <w:pStyle w:val="Cmsor2"/>
      </w:pPr>
      <w:r>
        <w:t>10. Záró rendelkezések</w:t>
      </w:r>
    </w:p>
    <w:p w14:paraId="4FEB0B9D" w14:textId="77777777" w:rsidR="00261B61" w:rsidRDefault="00000000">
      <w:r>
        <w:t>Jelen Foglalási és lemondási feltételek a Kormorán Kemping és Turistaszálló valamennyi közvetlen foglalására érvényesek.</w:t>
      </w:r>
    </w:p>
    <w:sectPr w:rsidR="00261B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000886">
    <w:abstractNumId w:val="8"/>
  </w:num>
  <w:num w:numId="2" w16cid:durableId="844250496">
    <w:abstractNumId w:val="6"/>
  </w:num>
  <w:num w:numId="3" w16cid:durableId="601374599">
    <w:abstractNumId w:val="5"/>
  </w:num>
  <w:num w:numId="4" w16cid:durableId="723024564">
    <w:abstractNumId w:val="4"/>
  </w:num>
  <w:num w:numId="5" w16cid:durableId="2098597580">
    <w:abstractNumId w:val="7"/>
  </w:num>
  <w:num w:numId="6" w16cid:durableId="150369533">
    <w:abstractNumId w:val="3"/>
  </w:num>
  <w:num w:numId="7" w16cid:durableId="1335691634">
    <w:abstractNumId w:val="2"/>
  </w:num>
  <w:num w:numId="8" w16cid:durableId="1692026930">
    <w:abstractNumId w:val="1"/>
  </w:num>
  <w:num w:numId="9" w16cid:durableId="18082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960"/>
    <w:rsid w:val="0006063C"/>
    <w:rsid w:val="0015074B"/>
    <w:rsid w:val="00261B61"/>
    <w:rsid w:val="00264E7C"/>
    <w:rsid w:val="0029639D"/>
    <w:rsid w:val="00326F90"/>
    <w:rsid w:val="00AA1D8D"/>
    <w:rsid w:val="00B47730"/>
    <w:rsid w:val="00CB0664"/>
    <w:rsid w:val="00D1071C"/>
    <w:rsid w:val="00F315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E0093"/>
  <w14:defaultImageDpi w14:val="300"/>
  <w15:docId w15:val="{304FDD08-3003-4E96-80C5-0B7A6498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2026-07-06T08:27:00Z</dcterms:created>
  <dcterms:modified xsi:type="dcterms:W3CDTF">2026-07-13T08:36:00Z</dcterms:modified>
  <cp:category/>
</cp:coreProperties>
</file>