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CA55E" w14:textId="77777777" w:rsidR="00885DBB" w:rsidRDefault="00000000">
      <w:pPr>
        <w:pStyle w:val="Cmsor1"/>
        <w:jc w:val="center"/>
      </w:pPr>
      <w:r>
        <w:t>HÁZIREND</w:t>
      </w:r>
    </w:p>
    <w:p w14:paraId="10F0E6FD" w14:textId="4D4F1249" w:rsidR="00885DBB" w:rsidRDefault="00000000">
      <w:pPr>
        <w:jc w:val="center"/>
      </w:pPr>
      <w:r>
        <w:rPr>
          <w:b/>
        </w:rPr>
        <w:t>Kormorán Kemping és Turistaszálló</w:t>
      </w:r>
      <w:r>
        <w:rPr>
          <w:b/>
        </w:rPr>
        <w:br/>
      </w:r>
      <w:r w:rsidR="000B1807">
        <w:t>Tom-Túra Kft.</w:t>
      </w:r>
    </w:p>
    <w:p w14:paraId="04DA283E" w14:textId="77777777" w:rsidR="00885DBB" w:rsidRDefault="00000000">
      <w:pPr>
        <w:pStyle w:val="Cmsor2"/>
      </w:pPr>
      <w:r>
        <w:t>Kedves Vendégeink!</w:t>
      </w:r>
    </w:p>
    <w:p w14:paraId="40468C12" w14:textId="77777777" w:rsidR="00885DBB" w:rsidRDefault="00000000">
      <w:r>
        <w:t>Szeretettel köszöntjük Önöket a Kormorán Kemping és Turistaszállóban! Kérjük, hogy a kellemes pihenés, a biztonság és a többi vendég nyugalma érdekében az alábbi házirendet szíveskedjenek betartani.</w:t>
      </w:r>
    </w:p>
    <w:p w14:paraId="6D785532" w14:textId="77777777" w:rsidR="00885DBB" w:rsidRDefault="00000000">
      <w:pPr>
        <w:pStyle w:val="Cmsor2"/>
      </w:pPr>
      <w:r>
        <w:t>1. Érkezés és távozás</w:t>
      </w:r>
    </w:p>
    <w:p w14:paraId="3C694405" w14:textId="77777777" w:rsidR="00885DBB" w:rsidRDefault="00000000">
      <w:r>
        <w:t>A szálláshely az érkezés napján 14:00–18:00 óra között foglalható el, a távozás napján legkésőbb 10:00 óráig kell elhagyni.</w:t>
      </w:r>
      <w:r>
        <w:br/>
        <w:t>Kérjük, az érkezés várható időpontját előzetesen jelezzék.</w:t>
      </w:r>
      <w:r>
        <w:br/>
        <w:t>A kulcsokat érkezéskor a csoportvezető veszi át, távozáskor pedig hiánytalanul köteles visszaadni.</w:t>
      </w:r>
      <w:r>
        <w:br/>
        <w:t>A WiFi hozzáférés adatait érkezéskor biztosítjuk.</w:t>
      </w:r>
    </w:p>
    <w:p w14:paraId="2D633A2D" w14:textId="77777777" w:rsidR="00885DBB" w:rsidRDefault="00000000">
      <w:pPr>
        <w:pStyle w:val="Cmsor2"/>
      </w:pPr>
      <w:r>
        <w:t>2. Bejelentkezés</w:t>
      </w:r>
    </w:p>
    <w:p w14:paraId="52BB9954" w14:textId="77777777" w:rsidR="00885DBB" w:rsidRDefault="00000000">
      <w:r>
        <w:t>Valamennyi vendég köteles érvényes személyazonosító okmányát bemutatni a jogszabályban előírt adatszolgáltatás teljesítése érdekében.</w:t>
      </w:r>
    </w:p>
    <w:p w14:paraId="01F60236" w14:textId="77777777" w:rsidR="00885DBB" w:rsidRDefault="00000000">
      <w:pPr>
        <w:pStyle w:val="Cmsor2"/>
      </w:pPr>
      <w:r>
        <w:t>3. Parkolás</w:t>
      </w:r>
    </w:p>
    <w:p w14:paraId="55BF8B29" w14:textId="77777777" w:rsidR="00885DBB" w:rsidRDefault="00000000">
      <w:r>
        <w:t>A parkoló használata a vendégek részére díjmentes. A parkoló nem őrzött, az ott elhelyezett járművekért és értéktárgyakért a szálláshely felelősséget nem vállal.</w:t>
      </w:r>
    </w:p>
    <w:p w14:paraId="304A90EB" w14:textId="77777777" w:rsidR="00885DBB" w:rsidRDefault="00000000">
      <w:pPr>
        <w:pStyle w:val="Cmsor2"/>
      </w:pPr>
      <w:r>
        <w:t>4. Közösségi terek és sportlétesítmények</w:t>
      </w:r>
    </w:p>
    <w:p w14:paraId="37A65CDD" w14:textId="77777777" w:rsidR="00885DBB" w:rsidRDefault="00000000">
      <w:r>
        <w:t>A közösségi helyiségek, a filagória, a bográcsozó, a focipálya és a röplabdapálya használata díjmentes.</w:t>
      </w:r>
      <w:r>
        <w:br/>
        <w:t>Kérjük, ezeket mindenki rendeltetésszerűen használja, és használat után tiszta állapotban hagyja hátra.</w:t>
      </w:r>
    </w:p>
    <w:p w14:paraId="04456DCB" w14:textId="77777777" w:rsidR="00885DBB" w:rsidRDefault="00000000">
      <w:pPr>
        <w:pStyle w:val="Cmsor2"/>
      </w:pPr>
      <w:r>
        <w:t>5. Tűzrakás</w:t>
      </w:r>
    </w:p>
    <w:p w14:paraId="7691C09C" w14:textId="77777777" w:rsidR="00885DBB" w:rsidRDefault="00000000">
      <w:r>
        <w:t>Tüzet kizárólag a kijelölt tűzrakóhelyen vagy bográcsozóban szabad gyújtani.</w:t>
      </w:r>
      <w:r>
        <w:br/>
        <w:t>A tüzet folyamatosan felügyelni kell, távozás előtt pedig minden esetben teljesen el kell oltani.</w:t>
      </w:r>
      <w:r>
        <w:br/>
        <w:t>Gyermekek csak felnőtt felügyelete mellett tartózkodhatnak a tűz közelében.</w:t>
      </w:r>
    </w:p>
    <w:p w14:paraId="509725E5" w14:textId="77777777" w:rsidR="00885DBB" w:rsidRDefault="00000000">
      <w:pPr>
        <w:pStyle w:val="Cmsor2"/>
      </w:pPr>
      <w:r>
        <w:t>6. Dohányzás és alkoholfogyasztás</w:t>
      </w:r>
    </w:p>
    <w:p w14:paraId="51959A88" w14:textId="77777777" w:rsidR="00885DBB" w:rsidRDefault="00000000">
      <w:r>
        <w:t>Az épületekben dohányozni tilos. Dohányozni kizárólag a kijelölt helyeken lehet.</w:t>
      </w:r>
      <w:r>
        <w:br/>
        <w:t>Iskolai és gyermekcsoportok részére alkoholfogyasztás tilos.</w:t>
      </w:r>
      <w:r>
        <w:br/>
        <w:t>Felnőtt csoportok kulturált alkoholfogyasztása megengedett, azonban a többi vendég nyugalmának zavarása nem megengedett.</w:t>
      </w:r>
    </w:p>
    <w:p w14:paraId="73563329" w14:textId="77777777" w:rsidR="00885DBB" w:rsidRDefault="00000000">
      <w:pPr>
        <w:pStyle w:val="Cmsor2"/>
      </w:pPr>
      <w:r>
        <w:lastRenderedPageBreak/>
        <w:t>7. Csendes időszak</w:t>
      </w:r>
    </w:p>
    <w:p w14:paraId="4CF5B157" w14:textId="77777777" w:rsidR="00885DBB" w:rsidRDefault="00000000">
      <w:r>
        <w:t>A csendes időszak minden nap 22:00 és 08:00 óra között tart. Kérjük, ez idő alatt kerüljék a hangoskodást és a hangos zenehallgatást.</w:t>
      </w:r>
    </w:p>
    <w:p w14:paraId="08A143C8" w14:textId="77777777" w:rsidR="00885DBB" w:rsidRDefault="00000000">
      <w:pPr>
        <w:pStyle w:val="Cmsor2"/>
      </w:pPr>
      <w:r>
        <w:t>8. Berendezések védelme</w:t>
      </w:r>
    </w:p>
    <w:p w14:paraId="2DB1F5B9" w14:textId="77777777" w:rsidR="00885DBB" w:rsidRDefault="00000000">
      <w:r>
        <w:t>Kérjük a berendezési tárgyakat rendeltetésszerűen használják.</w:t>
      </w:r>
      <w:r>
        <w:br/>
        <w:t>Bútorokat, matracokat, ágyneműket és egyéb felszereléseket a szállásadó engedélye nélkül ne helyezzenek át és ne vigyenek ki az épületből.</w:t>
      </w:r>
      <w:r>
        <w:br/>
        <w:t>A vendég az általa okozott károkért teljes anyagi felelősséggel tartozik.</w:t>
      </w:r>
    </w:p>
    <w:p w14:paraId="1F2C782D" w14:textId="77777777" w:rsidR="00885DBB" w:rsidRDefault="00000000">
      <w:pPr>
        <w:pStyle w:val="Cmsor2"/>
      </w:pPr>
      <w:r>
        <w:t>9. Takarítás</w:t>
      </w:r>
    </w:p>
    <w:p w14:paraId="080B1225" w14:textId="77777777" w:rsidR="00885DBB" w:rsidRDefault="00000000">
      <w:r>
        <w:t>Távozáskor kérjük:</w:t>
      </w:r>
      <w:r>
        <w:br/>
        <w:t>• hagyjanak rendet maguk után;</w:t>
      </w:r>
      <w:r>
        <w:br/>
        <w:t>• ügyeljenek arra, hogy személyes tárgyaikat ne hagyják a szálláshelyen;</w:t>
      </w:r>
      <w:r>
        <w:br/>
        <w:t>• az ágyneműt húzzák le, és helyezzék a tulajdonos által kijelölt helyre.</w:t>
      </w:r>
      <w:r>
        <w:br/>
      </w:r>
      <w:r>
        <w:br/>
        <w:t>Amennyiben a vendég tartózkodása meghaladja a 7 éjszakát, a szálláshely heti egy alkalommal általános takarítást és ágyneműcserét biztosít.</w:t>
      </w:r>
    </w:p>
    <w:p w14:paraId="2BC3C6F8" w14:textId="77777777" w:rsidR="00885DBB" w:rsidRDefault="00000000">
      <w:pPr>
        <w:pStyle w:val="Cmsor2"/>
      </w:pPr>
      <w:r>
        <w:t>10. Elveszett tárgyak</w:t>
      </w:r>
    </w:p>
    <w:p w14:paraId="10B4F469" w14:textId="77777777" w:rsidR="00885DBB" w:rsidRDefault="00000000">
      <w:r>
        <w:t>Az elhagyott tárgyakat a szálláshely 2 hónapig megőrzi. Igény esetén a vendég költségére postai úton is visszaküldhetők.</w:t>
      </w:r>
    </w:p>
    <w:p w14:paraId="09110B3B" w14:textId="77777777" w:rsidR="00885DBB" w:rsidRDefault="00000000">
      <w:pPr>
        <w:pStyle w:val="Cmsor2"/>
      </w:pPr>
      <w:r>
        <w:t>11. Háziállatok</w:t>
      </w:r>
    </w:p>
    <w:p w14:paraId="6DE89AEA" w14:textId="77777777" w:rsidR="00885DBB" w:rsidRDefault="00000000">
      <w:r>
        <w:t>A Kormorán Kemping és Turistaszálló területére háziállat nem hozható.</w:t>
      </w:r>
    </w:p>
    <w:p w14:paraId="0F8C03F6" w14:textId="77777777" w:rsidR="00885DBB" w:rsidRDefault="00000000">
      <w:pPr>
        <w:pStyle w:val="Cmsor2"/>
      </w:pPr>
      <w:r>
        <w:t>12. Záró rendelkezések</w:t>
      </w:r>
    </w:p>
    <w:p w14:paraId="0980BF13" w14:textId="77777777" w:rsidR="00885DBB" w:rsidRDefault="00000000">
      <w:r>
        <w:t>A Házirend betartása minden vendég számára kötelező.</w:t>
      </w:r>
      <w:r>
        <w:br/>
        <w:t>A házirend súlyos vagy ismételt megszegése esetén a szállásadó jogosult a vendéget vagy a csoportot a szálláshely elhagyására felszólítani.</w:t>
      </w:r>
      <w:r>
        <w:br/>
        <w:t>Köszönjük együttműködésüket, és kellemes pihenést kívánunk!</w:t>
      </w:r>
    </w:p>
    <w:p w14:paraId="2B2EF30D" w14:textId="77777777" w:rsidR="00885DBB" w:rsidRDefault="00000000">
      <w:r>
        <w:br/>
        <w:t>Tom-Túra Kft.</w:t>
      </w:r>
    </w:p>
    <w:p w14:paraId="432F0793" w14:textId="77777777" w:rsidR="00885DBB" w:rsidRDefault="00000000">
      <w:r>
        <w:t>7854 Matty, Kossuth Lajos u. 92.</w:t>
      </w:r>
    </w:p>
    <w:p w14:paraId="7E4261AC" w14:textId="77777777" w:rsidR="00885DBB" w:rsidRDefault="00000000">
      <w:r>
        <w:t>E-mail: tomturakft@gmail.com</w:t>
      </w:r>
    </w:p>
    <w:p w14:paraId="53AA0A6E" w14:textId="77777777" w:rsidR="00885DBB" w:rsidRDefault="00000000">
      <w:r>
        <w:t>Telefon: +36 20 998 6302 | +36 20 584 2191</w:t>
      </w:r>
    </w:p>
    <w:p w14:paraId="3D5EFD0C" w14:textId="77777777" w:rsidR="00885DBB" w:rsidRDefault="00000000">
      <w:r>
        <w:t>www.tom-tura.hu</w:t>
      </w:r>
    </w:p>
    <w:sectPr w:rsidR="00885D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2139135">
    <w:abstractNumId w:val="8"/>
  </w:num>
  <w:num w:numId="2" w16cid:durableId="1490514487">
    <w:abstractNumId w:val="6"/>
  </w:num>
  <w:num w:numId="3" w16cid:durableId="1484738766">
    <w:abstractNumId w:val="5"/>
  </w:num>
  <w:num w:numId="4" w16cid:durableId="1928266015">
    <w:abstractNumId w:val="4"/>
  </w:num>
  <w:num w:numId="5" w16cid:durableId="760445424">
    <w:abstractNumId w:val="7"/>
  </w:num>
  <w:num w:numId="6" w16cid:durableId="1087116887">
    <w:abstractNumId w:val="3"/>
  </w:num>
  <w:num w:numId="7" w16cid:durableId="806244829">
    <w:abstractNumId w:val="2"/>
  </w:num>
  <w:num w:numId="8" w16cid:durableId="1250650878">
    <w:abstractNumId w:val="1"/>
  </w:num>
  <w:num w:numId="9" w16cid:durableId="50170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807"/>
    <w:rsid w:val="0015074B"/>
    <w:rsid w:val="00264E7C"/>
    <w:rsid w:val="0029639D"/>
    <w:rsid w:val="00326F90"/>
    <w:rsid w:val="00680E3D"/>
    <w:rsid w:val="00885DBB"/>
    <w:rsid w:val="00AA1D8D"/>
    <w:rsid w:val="00B47730"/>
    <w:rsid w:val="00CB0664"/>
    <w:rsid w:val="00F63B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B0A47"/>
  <w14:defaultImageDpi w14:val="300"/>
  <w15:docId w15:val="{304FDD08-3003-4E96-80C5-0B7A6498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2026-07-06T08:37:00Z</dcterms:created>
  <dcterms:modified xsi:type="dcterms:W3CDTF">2026-07-13T08:36:00Z</dcterms:modified>
  <cp:category/>
</cp:coreProperties>
</file>