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AC501" w14:textId="77777777" w:rsidR="00233D26" w:rsidRDefault="00000000">
      <w:pPr>
        <w:pStyle w:val="Cmsor1"/>
        <w:jc w:val="center"/>
      </w:pPr>
      <w:r>
        <w:t>IMPRESSZUM</w:t>
      </w:r>
    </w:p>
    <w:p w14:paraId="554477A7" w14:textId="4732A411" w:rsidR="00233D26" w:rsidRDefault="00000000">
      <w:pPr>
        <w:jc w:val="center"/>
      </w:pPr>
      <w:r>
        <w:rPr>
          <w:b/>
        </w:rPr>
        <w:t>Kormorán Kemping és Turistaszálló</w:t>
      </w:r>
      <w:r>
        <w:rPr>
          <w:b/>
        </w:rPr>
        <w:br/>
      </w:r>
      <w:r w:rsidR="00D60BAE">
        <w:t>Tom-Túra Kft.</w:t>
      </w:r>
    </w:p>
    <w:p w14:paraId="3EAF15AA" w14:textId="77777777" w:rsidR="00233D26" w:rsidRDefault="00000000">
      <w:pPr>
        <w:pStyle w:val="Cmsor2"/>
      </w:pPr>
      <w:r>
        <w:t>Szálláshely adatai</w:t>
      </w:r>
    </w:p>
    <w:p w14:paraId="5DDEE5FC" w14:textId="77777777" w:rsidR="00233D26" w:rsidRDefault="00000000">
      <w:r>
        <w:t>Szálláshely neve: Kormorán Kemping és Turistaszálló</w:t>
      </w:r>
      <w:r>
        <w:br/>
        <w:t>Szálláshely típusa: Turistaszálló</w:t>
      </w:r>
      <w:r>
        <w:br/>
        <w:t>Cím: 7854 Matty, Kossuth Lajos u. 92.</w:t>
      </w:r>
      <w:r>
        <w:br/>
        <w:t>NTAK regisztrációs szám: KE24103544</w:t>
      </w:r>
    </w:p>
    <w:p w14:paraId="4B29DC79" w14:textId="77777777" w:rsidR="00233D26" w:rsidRDefault="00000000">
      <w:pPr>
        <w:pStyle w:val="Cmsor2"/>
      </w:pPr>
      <w:r>
        <w:t>Üzemeltető adatai</w:t>
      </w:r>
    </w:p>
    <w:p w14:paraId="1FFBE553" w14:textId="77777777" w:rsidR="00233D26" w:rsidRDefault="00000000">
      <w:r>
        <w:t>Üzemeltető: Tom-Túra Kft.</w:t>
      </w:r>
      <w:r>
        <w:br/>
        <w:t>Ügyvezető: Baksainé Zódor Annamária</w:t>
      </w:r>
      <w:r>
        <w:br/>
        <w:t>Székhely: 7854 Matty, Kossuth Lajos u. 92.</w:t>
      </w:r>
      <w:r>
        <w:br/>
        <w:t>Cégjegyzékszám: 02-09-067636</w:t>
      </w:r>
      <w:r>
        <w:br/>
        <w:t>Adószám: 12680915-2-02</w:t>
      </w:r>
      <w:r>
        <w:br/>
        <w:t>Cégnyilvántartást vezető bíróság: Pécsi Törvényszék Cégbírósága</w:t>
      </w:r>
    </w:p>
    <w:p w14:paraId="1D99730D" w14:textId="77777777" w:rsidR="00233D26" w:rsidRDefault="00000000">
      <w:pPr>
        <w:pStyle w:val="Cmsor2"/>
      </w:pPr>
      <w:r>
        <w:t>Elérhetőségek</w:t>
      </w:r>
    </w:p>
    <w:p w14:paraId="22DF81A8" w14:textId="77777777" w:rsidR="00233D26" w:rsidRDefault="00000000">
      <w:r>
        <w:t>Telefon:</w:t>
      </w:r>
      <w:r>
        <w:br/>
        <w:t>+36 20 998 6302</w:t>
      </w:r>
      <w:r>
        <w:br/>
        <w:t>+36 20 584 2191</w:t>
      </w:r>
      <w:r>
        <w:br/>
      </w:r>
      <w:r>
        <w:br/>
        <w:t>E-mail: tomturakft@gmail.com</w:t>
      </w:r>
      <w:r>
        <w:br/>
        <w:t>Weboldal: www.tom-tura.hu</w:t>
      </w:r>
    </w:p>
    <w:p w14:paraId="737DCBE4" w14:textId="77777777" w:rsidR="00233D26" w:rsidRDefault="00000000">
      <w:pPr>
        <w:pStyle w:val="Cmsor2"/>
      </w:pPr>
      <w:r>
        <w:t>Banki adatok</w:t>
      </w:r>
    </w:p>
    <w:p w14:paraId="3C03DD12" w14:textId="77777777" w:rsidR="00233D26" w:rsidRDefault="00000000">
      <w:r>
        <w:t>Számlavezető bank: K&amp;H Bank Zrt.</w:t>
      </w:r>
      <w:r>
        <w:br/>
        <w:t>Bankszámlaszám: 10402434-24312130-00000000</w:t>
      </w:r>
      <w:r>
        <w:br/>
        <w:t>IBAN: HU48 1040 2434 2431 2130 0000 0000</w:t>
      </w:r>
      <w:r>
        <w:br/>
        <w:t>SWIFT/BIC: OKHBHUHB</w:t>
      </w:r>
    </w:p>
    <w:p w14:paraId="7B44BD19" w14:textId="77777777" w:rsidR="00233D26" w:rsidRDefault="00000000">
      <w:pPr>
        <w:pStyle w:val="Cmsor2"/>
      </w:pPr>
      <w:r>
        <w:t>Tárhelyszolgáltató</w:t>
      </w:r>
    </w:p>
    <w:p w14:paraId="171765D1" w14:textId="77777777" w:rsidR="00233D26" w:rsidRDefault="00000000">
      <w:r>
        <w:t>A weboldal tárhelyszolgáltatójának adatai jelenleg feltöltés alatt állnak.</w:t>
      </w:r>
      <w:r>
        <w:br/>
      </w:r>
      <w:r>
        <w:br/>
        <w:t>Név: ..................................................</w:t>
      </w:r>
      <w:r>
        <w:br/>
        <w:t>Székhely: ..............................................</w:t>
      </w:r>
      <w:r>
        <w:br/>
        <w:t>Weboldal / E-mail: .....................................</w:t>
      </w:r>
    </w:p>
    <w:p w14:paraId="77A9AE9B" w14:textId="77777777" w:rsidR="00233D26" w:rsidRDefault="00000000">
      <w:pPr>
        <w:pStyle w:val="Cmsor2"/>
      </w:pPr>
      <w:r>
        <w:lastRenderedPageBreak/>
        <w:t>Szerzői jog</w:t>
      </w:r>
    </w:p>
    <w:p w14:paraId="439C6C8A" w14:textId="77777777" w:rsidR="00233D26" w:rsidRDefault="00000000">
      <w:r>
        <w:t>A weboldalon megjelenő szövegek, képek és egyéb tartalmak a Tom-Túra Kft. tulajdonát képezik, azok felhasználása kizárólag a jogosult előzetes írásbeli hozzájárulásával lehetséges.</w:t>
      </w:r>
    </w:p>
    <w:p w14:paraId="62FCCA44" w14:textId="77777777" w:rsidR="00233D26" w:rsidRDefault="00000000">
      <w:pPr>
        <w:pStyle w:val="Cmsor2"/>
      </w:pPr>
      <w:r>
        <w:t>Felelősség</w:t>
      </w:r>
    </w:p>
    <w:p w14:paraId="16E86E45" w14:textId="77777777" w:rsidR="00233D26" w:rsidRDefault="00000000">
      <w:r>
        <w:t>A weboldalon található információk folyamatosan frissítésre kerülnek. A Tom-Túra Kft. fenntartja a jogot a weboldal tartalmának előzetes értesítés nélküli módosítására.</w:t>
      </w:r>
    </w:p>
    <w:sectPr w:rsidR="00233D2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4554091">
    <w:abstractNumId w:val="8"/>
  </w:num>
  <w:num w:numId="2" w16cid:durableId="1472289632">
    <w:abstractNumId w:val="6"/>
  </w:num>
  <w:num w:numId="3" w16cid:durableId="769008666">
    <w:abstractNumId w:val="5"/>
  </w:num>
  <w:num w:numId="4" w16cid:durableId="874391665">
    <w:abstractNumId w:val="4"/>
  </w:num>
  <w:num w:numId="5" w16cid:durableId="2137412161">
    <w:abstractNumId w:val="7"/>
  </w:num>
  <w:num w:numId="6" w16cid:durableId="159080436">
    <w:abstractNumId w:val="3"/>
  </w:num>
  <w:num w:numId="7" w16cid:durableId="959646657">
    <w:abstractNumId w:val="2"/>
  </w:num>
  <w:num w:numId="8" w16cid:durableId="188875137">
    <w:abstractNumId w:val="1"/>
  </w:num>
  <w:num w:numId="9" w16cid:durableId="425424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40DA"/>
    <w:rsid w:val="0015074B"/>
    <w:rsid w:val="00233D26"/>
    <w:rsid w:val="00264E7C"/>
    <w:rsid w:val="0029639D"/>
    <w:rsid w:val="00326F90"/>
    <w:rsid w:val="00875A3D"/>
    <w:rsid w:val="00AA1D8D"/>
    <w:rsid w:val="00B47730"/>
    <w:rsid w:val="00CB0664"/>
    <w:rsid w:val="00D60B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32AA"/>
  <w14:defaultImageDpi w14:val="300"/>
  <w15:docId w15:val="{304FDD08-3003-4E96-80C5-0B7A6498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Calibri" w:hAnsi="Calibri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2026-07-06T08:47:00Z</dcterms:created>
  <dcterms:modified xsi:type="dcterms:W3CDTF">2026-07-13T08:37:00Z</dcterms:modified>
  <cp:category/>
</cp:coreProperties>
</file>